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מעגל החיים המיוחד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מדעית לאמונה עממית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מלמטה למעלה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אין לחצב עלים, הם מופיעים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בפרק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אמונה עממית בלבד, לא עובדה מדעית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עובדה או אמונה עממית?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אמונה עממית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(נוזל מתוק שמושך דבורים)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(מסוכן לאכילה)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(מודיע שמשהו עומד לקרות)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פורח ואחר כך מוציא עלים; פורח כשאין גשם ואין עוד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רעיל ומזיק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מבוססת על מחקר, אמונה עממית היא סיפור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ולתת לאחרים ליהנות מהם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בשיחה: מי ראה חצב בטיול?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פרק 'עובדה או אמונה' לשיחה על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החוסן אפשר לבקש מהתלמידים לשתף מה עוזר להם כשמשהו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החצב הוא צמח מיוחד שפורח בסוף הקיץ, לפני כל הצמחים האחרים. בדף הזה נלמד על הבצל, עמוד הפריחה והעלים של החצב.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בצל  ·  פרחים  ·  קיץ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לחצב 'מבשר הסתיו'?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כיוון נפתחים הפרחים על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כולם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לחצב יש עלים ירוקים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של החצב שומר מים ומזון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המדע הוכיח שחצב גבוה מבשר חורף גשום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עובדה או אמונה עממית?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החצב פורח בסוף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ככל שעמוד הפריחה גבוה יותר, החורף יהיה גשום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האפשרויות נכונות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פורח בסוף ה__________, כשהכול מסביב יבש וצהוב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מתחת לאדמה יש לחצב __________ גדול ששומר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על עמוד הפריחה יש מאות __________ לבנים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נוזל מתוק שמושך דבורים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מודיע שמשהו עומד לקרות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מחסן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מסוכן לאכילה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מיוחד בחצב לעומת רוב הצמחים?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למה, לדעתכם, בעלי חיים לא אוכלים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החצב שומר מים ומזון בקיץ?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לאמונה עממית?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– השעון של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