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החצב – השעון של הטבע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מעגל החיים המיוחד של החצב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עובדה מדעית לאמונה עממית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בטקסט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הוא פורח בסוף הקיץ ומודיע שהסתיו מגיע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בבצל שמתחת לאדמה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עמוד הפריחה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מלמטה למעלה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לקראת החורף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מייצרים מזון ושולחים לבצל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בקיץ אין לחצב עלים, הם מופיעים לקראת החורף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 בפרק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אמונה עממית בלבד, לא עובדה מדעית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החצב רעיל ואסור לאכול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הן באות לשתות צוף ועוזרות בהאבקה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אצל רוב הצמחים זה הפוך, אצל החצב דווקא העלים אחרונים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עובדה או אמונה עממית?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אמונה עממית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עובדה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קטוף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(מחסן מים ומזון מתחת לאדמה)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(נוזל מתוק שמושך דבורים)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(מסוכן לאכילה)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(מודיע שמשהו עומד לקרות)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(סיפור שעובר מדור לדור בלי הוכחה)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קודם פורח ואחר כך מוציא עלים; פורח כשאין גשם ואין עוד פרחים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הוא רעיל ומזיק 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לא, זו רק אמונה עממית, המדע לא הוכיח את 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בבצל מתחת לאדמה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עובדה מבוססת על מחקר, אמונה עממית היא סיפור מדור לדור בלי הוכחה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לשמור על הטבע ולתת לאחרים ליהנות מהם גם 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בשיחה: מי ראה חצב בטיול?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בין פרק 'עובדה או אמונה' לשיחה על חשיבה ביקורתית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בפעילות החוסן אפשר לבקש מהתלמידים לשתף מה עוזר להם כשמשהו משתנה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החצב – השעון של הטבע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החצב הוא פרח. הוא פורח בסוף הקיץ. יש לו בצל גדול מתחת לאדמה. נלמד עליו.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בצל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מתחת לאדמה ששומר מים ומזון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עמוד פריחה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הגבוה שעליו יש פרחים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תרדמה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הצמח 'ישן' ולא גדל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נוזל מתוק בפרח שמושך דבורים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להאביק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להעביר אבקה מפרח לפרח כדי שיהיו זרעים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אמונה עממית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שעובר מדור לדור בלי הוכחה מדעית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רעיל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מסוכן לאכילה, עלול להזיק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מבשר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מישהו שמודיע שמשהו עומד לקרות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החצב נקרא 'מבשר הסתיו'?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פורח באביב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הוא פורח בסוף הקיץ ומודיע שהסתיו מגיע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יש לו עלים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גדל רק בגינות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החצב שומר אוכל ומים?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בבצל שמתחת לאדמה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בזרעים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צומח ראשון אצל החצב?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עמוד הפריחה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הבצל החדש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נפתחים הפרחים?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מלמעלה למטה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מלמטה למעלה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באמצע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יוצאים העלים?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לקראת החורף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בשום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תפקיד העלים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מייצרים מזון ושולחים לבצל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מתייבשים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הופכים לפרחים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לחצב יש עלים ירוקים בקיץ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הבצל של החצב שומר מים ומזון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המדע הוכיח שחצב גבוה מבשר חורף גשום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לאכול חצב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דבורים מבקרות בפרחי החצב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אצל רוב הצמחים העלים מופיעים אחרי הפרחים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עובדה או אמונה עממית?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הטענה הזאת?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אמונה עממית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 האפשרויות נכונות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הטענה הזאת?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אמונה עממית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 האפשרויות נכונות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הטענה הזאת?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אמונה עממית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 האפשרויות נכונות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הטענה הזאת?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אמונה עממית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 האפשרויות נכונות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החצב פורח בסוף ה__________, כשהכול מסביב יבש וצהוב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מתחת לאדמה יש לחצב __________ גדול ששומר מים ומזון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על עמוד הפריחה יש מאות __________ לבנים קטנים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אסור ל__________ פרחי בר, אלא רק ליהנות מהם במבט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דבורים וצרעות מגיעות לשתות __________ מפרחי החצב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נוזל מתוק שמושך דבורים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סיפור שעובר מדור לדור בלי הוכחה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מחסן מים ומזון מתחת לאדמה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מבשר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מסוכן לאכילה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אמונה עממית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מודיע שמשהו עומד לקרות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מיוחד בחצב לעומת רוב הצמחים? כתבו שני דברים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למה, לדעתכם, בעלי חיים לא אוכלים את החצב?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האם אפשר לדעת מהחצב כמה גשם ירד? נמקו לפי הטקסט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החצב שומר מים ומזון בקיץ?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עובדה לאמונה עממית?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אסור לקטוף פרחי בר כמו החצב?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החצב – השעון של הטבע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