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החצב – השעון של הטבע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מעגל החיים המיוחד של החצב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עובדה מדעית לאמונה עממית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בטקסט מידע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כי הוא פורח בסוף הקיץ ומודיע שהסתיו מגיע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בבצל שמתחת לאדמה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עמוד הפריחה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מלמטה למעלה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לקראת החורף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מייצרים מזון ושולחים לבצל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בקיץ אין לחצב עלים, הם מופיעים לקראת החורף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 בפרק 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זו אמונה עממית בלבד, לא עובדה מדעית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החצב רעיל ואסור לאכול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הן באות לשתות צוף ועוזרות בהאבקה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אצל רוב הצמחים זה הפוך, אצל החצב דווקא העלים אחרונים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עובדה או אמונה עממית?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עובדה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אמונה עממית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עובדה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עובדה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קיץ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בצל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פרחים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קטוף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צוף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התאימו 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א (מחסן מים ומזון מתחת לאדמה)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(נוזל מתוק שמושך דבורים)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ג (מסוכן לאכילה)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ד (מודיע שמשהו עומד לקרות)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(סיפור שעובר מדור לדור בלי הוכחה)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קודם פורח ואחר כך מוציא עלים; פורח כשאין גשם ואין עוד פרחים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הוא רעיל ומזיק להם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לא, זו רק אמונה עממית, המדע לא הוכיח את זה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בבצל מתחת לאדמה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עובדה מבוססת על מחקר, אמונה עממית היא סיפור מדור לדור בלי הוכחה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לשמור על הטבע ולתת לאחרים ליהנות מהם גם 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בשיחה: מי ראה חצב בטיול?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לחבר בין פרק 'עובדה או אמונה' לשיחה על חשיבה ביקורתית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בפעילות החוסן אפשר לבקש מהתלמידים לשתף מה עוזר להם כשמשהו משתנה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החצב – השעון של הטבע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החצב הוא צמח מיוחד שפורח בסוף הקיץ, לפני כל הצמחים האחרים. בדף הזה נלמד על הבצל, עמוד הפריחה והעלים של החצב.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קוראים לחצב 'מבשר הסתיו'?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הוא פורח באביב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הוא פורח בסוף הקיץ ומודיע שהסתיו מגיע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יש לו עלים בקיץ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הוא גדל רק בגינות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החצב שומר מים ומזון?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בפרחים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בעלים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בבצל שמתחת לאדמה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בזרעים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מופיע קודם אצל החצב?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העלים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עמוד הפריחה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הבצל החדש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הפירות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באיזה כיוון נפתחים הפרחים על העמוד?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מלמעלה למטה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מלמטה למעלה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כולם 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באמצע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מתי מופיעים העלים הירוקים של החצב?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לקראת החורף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בשום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עושים העלים בחורף?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מייצרים מזון ושולחים לבצל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פורחים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מתייבשים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הופכים לפרחים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לחצב יש עלים ירוקים בקיץ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הבצל של החצב שומר מים ומזון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המדע הוכיח שחצב גבוה מבשר חורף גשום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לאכול חצב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דבורים מבקרות בפרחי החצב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אצל רוב הצמחים העלים מופיעים אחרי הפרחים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עובדה או אמונה עממית?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החצב פורח בסוף הקיץ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עובדה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אמונה עממית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שתי האפשרויות נכונות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ככל שעמוד הפריחה גבוה יותר, החורף יהיה גשום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עובדה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אמונה עממית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שתי האפשרויות נכונות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לחצב יש בצל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עובדה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אמונה עממית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שתי האפשרויות נכונות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החצב רעיל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עובדה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אמונה עממית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שתי האפשרויות נכונות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החצב פורח בסוף ה__________, כשהכול מסביב יבש וצהוב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מתחת לאדמה יש לחצב __________ גדול ששומר מים ומזון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על עמוד הפריחה יש מאות __________ לבנים קטנים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אסור ל__________ פרחי בר, אלא רק ליהנות מהם במבט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דבורים וצרעות מגיעות לשתות __________ מפרחי החצב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התאימו 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בצל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מחסן מים ומזון מתחת לאדמה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צוף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סיפור שעובר מדור לדור בלי הוכחה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רעיל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מסוכן לאכילה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מבשר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מודיע שמשהו עומד לקרות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אמונה עממית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נוזל מתוק שמושך דבורים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מיוחד בחצב לעומת רוב הצמחים? כתבו שני דברים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למה, לדעתכם, בעלי חיים לא אוכלים את החצב?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האם אפשר לדעת מהחצב כמה גשם ירד? נמקו לפי הטקסט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איפה החצב שומר מים ומזון בקיץ?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עובדה לאמונה עממית?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אסור לקטוף פרחי בר כמו החצב?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החצב – השעון של הטבע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